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Здание банка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42.88131, 74.60748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264372" cy="2232000"/>
            <wp:docPr id="1" name="Picture 1" descr="Здание банка" title="Здание банк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1e318e084bae7cbe554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6437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Здание банка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Здание банка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на ул.Бульварной. Архитектор Зенков, 1928г.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https://bimap.su/description/pishpek/13_Bank.txt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Здание банка на Бульварной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42.88131, 74.60748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264372" cy="2232000"/>
            <wp:docPr id="2" name="Picture 2" descr="Здание банка на Бульварной" title="Здание банка на Бульварн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1e318e084bae7cbe554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6437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Здание банка на Бульварной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Здание банка на Бульварной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Архитектор А.П.Зенков, 1928г.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https://bimap.su/description/frunze/88_Bank.txt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42.88131, 74.60748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