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Васильевской и Лагерной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42.86879, 74.60416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39959" cy="2232000"/>
            <wp:docPr id="1" name="Picture 1" descr="Дом на углу улиц Васильевской и Лагерной" title="Дом на углу улиц Васильевской и Лаге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0ced851101a198c41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99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Васильевской и Лагерной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Васильевской и Лагерной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https://bimap.su/description/pishpek/129_Ugol_Vasilevskoi_i_Lagernoi.txt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42.86879, 74.60416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42.86879, 74.60416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