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Татарской и Георгиевской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42.87795, 74.59155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на углу улиц Татарской и Георгиевской" title="Дом на углу улиц Татарской и Георг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fd6984a80d7fa7c35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Татарской и Георгиевской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Татарской и Георгиевской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https://bimap.su/description/pishpek/128_Ugol_Tatarskoi.txt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42.87795, 74.59155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42.87795, 74.59155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