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пересечении улиц Искаковской и Константиновской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42.87014, 74.59263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573770" cy="2232000"/>
            <wp:docPr id="1" name="Picture 1" descr="Дом на пересечении улиц Искаковской и Константиновской" title="Дом на пересечении улиц Искаковской и Константи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1eb8afdc3aeb06f3b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пересечении улиц Искаковской и Константиновской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пересечении улиц Искаковской и Константиновской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 Фото Голованева.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https://bimap.su/description/pishpek/127_Dom_na_Konstantinovskoi.txt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42.87014, 74.59263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42.87014, 74.59263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