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пересечении улиц Константиновской и Грязновской.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42.87230, 74.59338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70320" cy="2232000"/>
            <wp:docPr id="1" name="Picture 1" descr="Дом на пересечении улиц Константиновской и Грязновской." title="Дом на пересечении улиц Константиновской и Грязновской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6aabdeb7a795b2ea28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03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пересечении улиц Константиновской и Грязновской.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пересечении улиц Константиновской и Грязновской.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пересечении улиц Константиновской и Грязновской.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https://bimap.su/description/pishpek/126_Dom_na_Konstantinovskoi.txt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42.87230, 74.59338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42.87230, 74.59338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