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Константиновская жана Грязновская көчөлөрүнүн кесилишиндеги үй.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42.87230, 74.59338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70320" cy="2232000"/>
            <wp:docPr id="1" name="Picture 1" descr="Дом на пересечении улиц Константиновской и Грязновской." title="Дом на пересечении улиц Константиновской и Грязновской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aabdeb7a795b2ea28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03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пересечении улиц Константиновской и Грязновской.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Константиновская жана Грязновская көчөлөрүнүн кесилишиндеги үй.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Константиновская менен Грязновскаянын кесилишиндеги үй Пишпек шаарында турак-жайлардын курулушу катуу план боюнча жүргүзүлгөн. Түз сызыктуу көчөлөр квадраттарды же блоктордун тик бурчтуктарын түздү жана бир блокто ар бири 0,1 га аянтты түзгөн төрт-алты участокту түздү. Короо-сарайлардагы үйлөр жердин бурчуна же ортосуна жайгаштырылып, негизги фасаддары көчөгө каратылган. Бай имараттардын чатырлары темир менен жабылган. Үйлөрдүн фасаддары шыбалы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https://bimap.su/description/pishpek/126_Dom_na_Konstantinovskoi.txt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42.87230, 74.59338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42.87230, 74.59338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