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Солдатская и Петровская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42.87462, 74.57921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6180" cy="2232000"/>
            <wp:docPr id="1" name="Picture 1" descr="Дом на углу улиц Солдатская и Петровская" title="Дом на углу улиц Солдатская и Петро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0295ba11a056cb116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61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Солдатская и Петровская · Голованева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Солдатская и Петровская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северо-западном углу улиц Солдатская и Петровская. Начало ХХ века. Фото Голованева.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https://bimap.su/description/pishpek/125_Severozapad_Soldatskoi.txt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42.87462, 74.57921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42.87462, 74.57921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