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купца Морозова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42.88269, 74.60472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 descr="Дом купца Морозова" title="Дом купца Мороз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6d1154e00f8b6418e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купца Морозова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купца Морозова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https://bimap.su/description/pishpek/124_Dom_Morozova.txt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42.88269, 74.60472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42.88269, 74.60472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