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Соодагер Морозовдун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 descr="Дом купца Морозова" title="Дом купца Мороз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6d1154e00f8b6418e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купца Морозова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Соодагер Морозовдун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Көпөс Морозовдун үйү. 20-кылымдын башында Морозов билим берүү тармагындагы кайрымдуулук иштери менен белгилүү болгон. Анын бир нече үйүндө ал мектеп бөлмөлөрүн тейлеген. Бул үй кыздар мектеби болгон, союз убагында No27 башталгыч мектеп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https://bimap.su/description/pishpek/124_Dom_Morozova.txt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