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Дом купца Морозова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42.88273, 74.60531</w:t>
      </w:r>
    </w:p>
    <w:p>
      <w:pPr>
        <w:spacing w:before="0" w:after="20"/>
        <w:jc w:val="center"/>
      </w:pPr>
      <w:r/>
      <w:r>
        <w:drawing>
          <wp:inline xmlns:a="http://schemas.openxmlformats.org/drawingml/2006/main" xmlns:pic="http://schemas.openxmlformats.org/drawingml/2006/picture">
            <wp:extent cx="5433829" cy="2232000"/>
            <wp:docPr id="1" name="Picture 1" descr="Дом купца Морозова" title="Дом купца Морозов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3382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купца Морозова · Никиты Часова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купца Морозова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на Васильевской и Аламединской. Начало ХХ века. Фото Никиты Часова.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https://bimap.su/description/pishpek/123_Dom_Morozova.txt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42.88273, 74.60531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42.88273, 74.60531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