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Көпөс Морозовдун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42.88273, 74.60531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5433829" cy="2232000"/>
            <wp:docPr id="1" name="Picture 1" descr="Дом купца Морозова" title="Дом купца Мороз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38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купца Морозова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Көпөс Морозовдун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Көпөс Морозовдун үйү Васильевская жана Аламүдүнская. 20-кылымдын башында Морозов билим берүү тармагындагы кайрымдуулук иштери менен белгилүү болгон. Ал бир нече үйүндө мектеп бөлмөлөрүн тейлеген. 1909-жылы бул үйдө шаардык мектептин жанынан орус улутундагы мектеп-интернат ачылып, анда 25ке чейин кыргыз жана орус балдар жашаган.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https://bimap.su/description/pishpek/123_Dom_Morozova.txt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42.88273, 74.60531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42.88273, 74.60531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