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Кубышкина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42.88089, 74.58113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20" cy="2232000"/>
            <wp:docPr id="1" name="Picture 1" descr="Дом Кубышкина" title="Дом Кубышк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111988a05768dcd47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Кубышкина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Кубышкина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по улице Уездной между улицами Георгиевской и Николаевской.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https://bimap.su/description/pishpek/122_Dom_Kubyshkina.txt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42.88089, 74.58113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42.88089, 74.58113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