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Кубышкиндин үйү</w:t>
      </w:r>
    </w:p>
    <w:p>
      <w:pPr>
        <w:spacing w:after="100"/>
        <w:jc w:val="center"/>
      </w:pPr>
      <w:r>
        <w:rPr>
          <w:rFonts w:ascii="Arial" w:hAnsi="Arial" w:eastAsia="Arial"/>
          <w:b w:val="0"/>
          <w:color w:val="606667"/>
          <w:sz w:val="17"/>
        </w:rPr>
        <w:t>42.88089, 74.58113</w:t>
      </w:r>
    </w:p>
    <w:p>
      <w:pPr>
        <w:spacing w:before="0" w:after="20"/>
        <w:jc w:val="center"/>
      </w:pPr>
      <w:r>
        <w:drawing>
          <wp:inline xmlns:a="http://schemas.openxmlformats.org/drawingml/2006/main" xmlns:pic="http://schemas.openxmlformats.org/drawingml/2006/picture">
            <wp:extent cx="3314520" cy="2232000"/>
            <wp:docPr id="1" name="Picture 1" descr="Дом Кубышкина" title="Дом Кубышкина"/>
            <wp:cNvGraphicFramePr>
              <a:graphicFrameLocks noChangeAspect="1"/>
            </wp:cNvGraphicFramePr>
            <a:graphic>
              <a:graphicData uri="http://schemas.openxmlformats.org/drawingml/2006/picture">
                <pic:pic>
                  <pic:nvPicPr>
                    <pic:cNvPr id="0" name="cd111988a05768dcd47d.jpg"/>
                    <pic:cNvPicPr/>
                  </pic:nvPicPr>
                  <pic:blipFill>
                    <a:blip r:embed="rId12"/>
                    <a:stretch>
                      <a:fillRect/>
                    </a:stretch>
                  </pic:blipFill>
                  <pic:spPr>
                    <a:xfrm>
                      <a:off x="0" y="0"/>
                      <a:ext cx="3314520" cy="2232000"/>
                    </a:xfrm>
                    <a:prstGeom prst="rect"/>
                  </pic:spPr>
                </pic:pic>
              </a:graphicData>
            </a:graphic>
          </wp:inline>
        </w:drawing>
      </w:r>
    </w:p>
    <w:p>
      <w:pPr>
        <w:spacing w:after="60"/>
        <w:jc w:val="center"/>
      </w:pPr>
      <w:r>
        <w:rPr>
          <w:rFonts w:ascii="Arial" w:hAnsi="Arial" w:eastAsia="Arial"/>
          <w:b w:val="0"/>
          <w:color w:val="606667"/>
          <w:sz w:val="15"/>
        </w:rPr>
        <w:t>Дом Кубышкина · Никиты Часова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Кубышкиндин үйү</w:t>
      </w:r>
    </w:p>
    <w:p>
      <w:pPr>
        <w:widowControl/>
        <w:spacing w:before="0" w:after="60" w:line="247" w:lineRule="auto"/>
      </w:pPr>
      <w:r>
        <w:rPr>
          <w:rFonts w:ascii="Arial" w:hAnsi="Arial" w:eastAsia="Arial"/>
          <w:b w:val="0"/>
          <w:color w:val="242C2F"/>
          <w:sz w:val="19"/>
        </w:rPr>
        <w:t>﻿ Уездная менен Николаевскаянын кесилишиндеги Кубышкиндин үйү 1882-жылы Пишпекке Кытайдан келген дунган качкындарынын жоон тобу келген. Алар Орусиянын жарандыгына кабыл алынып, Пишкек шаарынын батыш четине компакттуу отурукташып, дунган конушу деп аталган жерди түзүшкөн. Дунгандардын конуштарында дайыма болуп тургандай, бул жерде дунган ээликтери ээн-эркин жайгашып, өнүкпөгөн жерлердин баарын талаалар жана огороддор ээлеп турган. Бирок шаар кеңей</w:t>
      </w:r>
    </w:p>
    <w:p>
      <w:pPr>
        <w:spacing w:before="20" w:after="0"/>
      </w:pPr>
      <w:r>
        <w:rPr>
          <w:rFonts w:ascii="Arial" w:hAnsi="Arial" w:eastAsia="Arial"/>
          <w:b w:val="0"/>
          <w:color w:val="606667"/>
          <w:sz w:val="14"/>
        </w:rPr>
        <w:t>Булак: https://bimap.su/description/pishpek/122_Dom_Kubyshkina.txt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42.88089, 74.58113</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42.88089, 74.58113</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