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Кубышкина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42.88087, 74.58156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Кубышкина" title="Дом Кубышк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aabe1da0964bde94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Кубышкина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Кубышкина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пересечении улиц Уездной и Николаевской.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https://bimap.su/description/pishpek/121_Dom_Kubyshkina.txt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42.88087, 74.58156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42.88087, 74.58156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