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улице Уездной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42.88041, 74.59140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47285" cy="2232000"/>
            <wp:docPr id="1" name="Picture 1" descr="Дом на улице Уездной" title="Дом на улице Уезд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49951b55ffe676cf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472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Уездной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Уездной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западнее улицы Георгиевская. Конец XIX века.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https://bimap.su/description/pishpek/120_Dom_na_Uezdnoi.txt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42.88041, 74.59140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42.88041, 74.59140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