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улице Бульварной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42.86713, 74.60525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6114" cy="2232000"/>
            <wp:docPr id="1" name="Picture 1" descr="Дом на улице Бульварной" title="Дом на улице Бульвар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a9b833d8d385dd732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611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Бульварной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улице Бульварной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углу улиц Бульварная и Верхняя. Начало ХХ века.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https://bimap.su/description/pishpek/117_Dom_na_Bulvarnoi.txt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42.86713, 74.60525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42.86713, 74.60525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