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Уездное лесничество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42.88076, 74.60638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77058" cy="2232000"/>
            <wp:docPr id="1" name="Picture 1" descr="Уездное лесничество" title="Уездное лесничеств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82c835f013ab19e6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70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Уездное лесничество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Уездное лесничество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Бульварной.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https://bimap.su/description/pishpek/116_Lesnichestvo.txt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42.88076, 74.60638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42.88076, 74.60638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