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Райондук токой чарбасы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42.88076, 74.60638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177058" cy="2232000"/>
            <wp:docPr id="1" name="Picture 1" descr="Уездное лесничество" title="Уездное лесничеств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682c835f013ab19e66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7705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Уездное лесничество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Райондук токой чарбасы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Бульвардагы райондук токой чарбасы Жети-Суудагы шаарларды жана поселокторду көрктөндүрүүнүн маанилүү элементи катары эсептелген. Ал эми Пишпек шаары ийгиликтүү жашылданды, айланасында бак-дарактар ​​өстү. Мында жергиликтуу бак-дарактар ​​менен катар алыстан алып келинген эмен, граб, кайың дарактары ийгиликтүү тамыр жайды. Облустун губернатору Герасим Алексеевич Колпаковский жашылдандыруу ишин жандуу жактаган. Алтургай Колпаковский шаардын жалко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https://bimap.su/description/pishpek/116_Lesnichestvo.txt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42.88076, 74.60638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42.88076, 74.60638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