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Южная сторона улицы Церковной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42.87918, 74.58243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36100" cy="2231999"/>
            <wp:docPr id="1" name="Picture 1" descr="Южная сторона улицы Церковной" title="Южная сторона улицы Церков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0a7f86fff73de8b9b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6100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Южная сторона улицы Церковной · Виктора Глумскова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Южная сторона улицы Церковной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Справа пересечение с улицей Николаевской. Фото Виктора Глумскова.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https://bimap.su/description/pishpek/115_Ug_Tserkovnoi.txt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42.87918, 74.58243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42.87918, 74.58243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