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Муладжановых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42.87680, 74.60872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82370" cy="2232000"/>
            <wp:docPr id="1" name="Picture 1" descr="Дом Муладжановых" title="Дом Муладжановы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882535556987ac7f0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23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Муладжановых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Муладжановых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1896 года на улице Татарской.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https://bimap.su/description/pishpek/114_Dom1896.txt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42.87680, 74.60872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42.87680, 74.60872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