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Татарская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68260" cy="2232000"/>
            <wp:docPr id="1" name="Picture 1" descr="Улица Татарская" title="Улица Татар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4bdac11b8ba01380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82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Татарская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Татарская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Татарская Пущинская менен Булварнаянын ортосунда, 1936. Үйлөрдүн ортосундагы бүт кварталды бойлой тактайдан жасалган бийик, бош тосмо бар болчу.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https://bimap.su/description/pishpek/113_Tatarskaia1936.txt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