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Tatarskaya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8260" cy="2232000"/>
            <wp:docPr id="1" name="Picture 1" descr="Улица Татарская" title="Улица Татар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bdac11b8ba0138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82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Татарская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Tatarskaya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Tatarskaya between Pushchinskaya and Bulvarnaya, 1936. Along the entire block between the houses there was a high, blank fence made of plank.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https://bimap.su/description/pishpek/113_Tatarskaia1936.txt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