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Перечечение улиц Купеческая и Береговая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42.87575, 74.61482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21917" cy="2232000"/>
            <wp:docPr id="1" name="Picture 1" descr="Перечечение улиц Купеческая и Береговая" title="Перечечение улиц Купеческая и Берегов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0ddd2d7564664e621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219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Перечечение улиц Купеческая и Береговая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Перечечение улиц Купеческая и Береговая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Пересечение улиц Купеческая и Береговая, северо-западный угол.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https://bimap.su/description/pishpek/112_Kupecheskaia.txt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42.87575, 74.61482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42.87575, 74.61482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