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Узбекская школа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42.87541, 74.61195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13838" cy="2231999"/>
            <wp:docPr id="1" name="Picture 1" descr="Узбекская школа" title="Узбекская шко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fc0e77fac56dfeb05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3838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Узбекская школа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Узбекская школа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Пересечение улиц Базарной и Купеческой, юго-восточный угол, 1925г.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https://bimap.su/description/pishpek/111_Uzbekskaia_shkola1925.txt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42.87541, 74.61195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42.87541, 74.61195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