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Өзбек мектеби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42.87541, 74.61195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913838" cy="2231999"/>
            <wp:docPr id="1" name="Picture 1" descr="Узбекская школа" title="Узбекская школа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dfc0e77fac56dfeb05d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913838" cy="223199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Узбекская школа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Өзбек мектеби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Өзбек мектеби. Базарная х Купеческая, туштук-чыгыш бурч, 1925. Пишпек эл агартуу белуму 1921-жылы Верный шаарындагы курстарга мугалимдердин бир тобун жиберген. Алардын арасында мугалимдин үйүнүн бир бөлмөсүндө жайгашкан өзбек мектебинин биринчи директору Салижан Турсунов болгон. 24-25-жылдары үй толугу менен мектепке өткөн. Ушул мектептин базасында No24 мектеп түзүлгөн.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https://bimap.su/description/pishpek/111_Uzbekskaia_shkola1925.txt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42.87541, 74.61195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 descr="Иллюстрация эпохи Фрунзе" title="Фрунзе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42.87541, 74.61195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