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Юго-восточный угол улиц Базарной и Дунганской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42.87416, 74.61189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25904" cy="2232000"/>
            <wp:docPr id="1" name="Picture 1" descr="Юго-восточный угол улиц Базарной и Дунганской" title="Юго-восточный угол улиц Базарной и Дунга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b41d8437edd5d239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2590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Юго-восточный угол улиц Базарной и Дунганской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Юго-восточный угол улиц Базарной и Дунганской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Юго-восточный угол улиц Базарной и Дунганской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https://bimap.su/description/pishpek/110_Ugovostok_Dunganskoi.txt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42.87416, 74.61189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42.87416, 74.61189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