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Кузнечная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1789" cy="2232000"/>
            <wp:docPr id="1" name="Picture 1" descr="Улица Кузнечная" title="Улица Кузнеч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17feb9d733abc4abe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17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Кузнечная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Кузнечная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Восточная сторона улицы Кузнечной угол улицы Судейской.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https://bimap.su/description/pishpek/108_Vostok_Kuznechnoi.txt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42.88035, 74.61644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