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Кузнечная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1789" cy="2232000"/>
            <wp:docPr id="1" name="Picture 1" descr="Улица Кузнечная" title="Улица Кузнеч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17feb9d733abc4abe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17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Кузнечная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Кузнечная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Токмакская х Колпаковская Кузнечная дарыясынын жээгинде калай жана темир усталардын көп сандаган устаканалары жайгашкан. Бул жерде жылкылар тикилип, арабалар оңдолуп турган. Ошол кездеги усталар азыркы авто-техни-калык станцияларга тете иш-терди аткарышкан. Арба-арба, атчан машиналар көп болуп, бардыгына жумуш жетиштүү болчу.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https://bimap.su/description/pishpek/108_Vostok_Kuznechnoi.txt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