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Пересечение улиц Токмакская и Колпаковская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42.88276, 74.62249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07428" cy="2232000"/>
            <wp:docPr id="1" name="Picture 1" descr="Пересечение улиц Токмакская и Колпаковская" title="Пересечение улиц Токмакская и Колпаков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e04eaffbbdbcd7ddce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074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Токмакская и Колпаковская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Пересечение улиц Токмакская и Колпаковская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Пересечение улиц Токмакская и Колпаковская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https://bimap.su/description/pishpek/107_Tokmakskaia.txt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42.88276, 74.62249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42.88276, 74.62249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