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Токмакская жана Колпаковская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42.88276, 74.62249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07428" cy="2232000"/>
            <wp:docPr id="1" name="Picture 1" descr="Пересечение улиц Токмакская и Колпаковская" title="Пересечение улиц Токмакская и Колпако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e04eaffbbdbcd7ddce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74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Токмакская и Колпаковская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Токмакская жана Колпаковская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Токмакская х Колпаковская Пишпек шаарында турак жайларды куруу катуу план боюнча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Бай имараттардын чатырлары темир менен жабылган. Үйлөрдүн фасаддары шыбалып, консольдорду бойлой панелдер к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https://bimap.su/description/pishpek/107_Tokmakskaia.txt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42.88276, 74.62249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42.88276, 74.62249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