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на улице Колпаковской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42.88473, 74.62241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1" name="Picture 1" descr="Дом на улице Колпаковской" title="Дом на улице Колпаков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22d678d36c4afbf811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Колпаковской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улице Колпаковской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Западная сторона улицы Колпаковской.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https://bimap.su/description/pishpek/106_Zapad_Kolpakovskoi.txt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42.88473, 74.62241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42.88473, 74.62241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