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Дома по улице Ташкентской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42.88519, 74.61295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2711" cy="2232000"/>
            <wp:docPr id="1" name="Picture 1" descr="Дома по улице Ташкентской" title="Дома по улице Ташкен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1371045311c5780a7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271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Дома по улице Ташкентской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Дома по улице Ташкентской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Дома по северной стороне улицы Ташкентской между улицами Базарной и Верненской. Фото Никиты Часова.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https://bimap.su/description/pishpek/104_Sever_Tashkentskoi.txt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42.88519, 74.61295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42.88519, 74.61295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