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Грязновской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42.87202, 74.60193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по улице Грязновской" title="Дом по улице Грязн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8e5eae1eee46efd3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Грязновской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Грязновской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между улицами Мещанской и Васильевской.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https://bimap.su/description/pishpek/103_Dom_na_Griaznovskoi.txt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42.87202, 74.60193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42.87202, 74.60193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