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Халиловых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42.88247, 74.60155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0212" cy="2231999"/>
            <wp:docPr id="1" name="Picture 1" descr="Дом Халиловых" title="Дом Халиловы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03c0e3ab0357bdf3dc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6021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Халиловых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Халиловых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 улице Садовой.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https://bimap.su/description/pishpek/102_Dom_Halilovyh.txt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42.88247, 74.60155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42.88247, 74.60155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