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Верненская көчөсүндөгү үй</w:t>
      </w:r>
    </w:p>
    <w:p>
      <w:pPr>
        <w:spacing w:after="100"/>
        <w:jc w:val="center"/>
      </w:pPr>
      <w:r>
        <w:rPr>
          <w:rFonts w:ascii="Arial" w:hAnsi="Arial" w:eastAsia="Arial"/>
          <w:b w:val="0"/>
          <w:color w:val="606667"/>
          <w:sz w:val="17"/>
        </w:rPr>
        <w:t>42.88394, 74.61404</w:t>
      </w:r>
    </w:p>
    <w:p>
      <w:pPr>
        <w:spacing w:before="0" w:after="20"/>
        <w:jc w:val="center"/>
      </w:pPr>
      <w:r>
        <w:drawing>
          <wp:inline xmlns:a="http://schemas.openxmlformats.org/drawingml/2006/main" xmlns:pic="http://schemas.openxmlformats.org/drawingml/2006/picture">
            <wp:extent cx="3312711" cy="2232000"/>
            <wp:docPr id="1" name="Picture 1" descr="Дом на улице Верненской" title="Дом на улице Верненской"/>
            <wp:cNvGraphicFramePr>
              <a:graphicFrameLocks noChangeAspect="1"/>
            </wp:cNvGraphicFramePr>
            <a:graphic>
              <a:graphicData uri="http://schemas.openxmlformats.org/drawingml/2006/picture">
                <pic:pic>
                  <pic:nvPicPr>
                    <pic:cNvPr id="0" name="86d30a9ec5fa0708a223.jpg"/>
                    <pic:cNvPicPr/>
                  </pic:nvPicPr>
                  <pic:blipFill>
                    <a:blip r:embed="rId12"/>
                    <a:stretch>
                      <a:fillRect/>
                    </a:stretch>
                  </pic:blipFill>
                  <pic:spPr>
                    <a:xfrm>
                      <a:off x="0" y="0"/>
                      <a:ext cx="3312711" cy="2232000"/>
                    </a:xfrm>
                    <a:prstGeom prst="rect"/>
                  </pic:spPr>
                </pic:pic>
              </a:graphicData>
            </a:graphic>
          </wp:inline>
        </w:drawing>
      </w:r>
    </w:p>
    <w:p>
      <w:pPr>
        <w:spacing w:after="60"/>
        <w:jc w:val="center"/>
      </w:pPr>
      <w:r>
        <w:rPr>
          <w:rFonts w:ascii="Arial" w:hAnsi="Arial" w:eastAsia="Arial"/>
          <w:b w:val="0"/>
          <w:color w:val="606667"/>
          <w:sz w:val="15"/>
        </w:rPr>
        <w:t>Дом на улице Верненской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Верненская көчөсүндөгү үй</w:t>
      </w:r>
    </w:p>
    <w:p>
      <w:pPr>
        <w:widowControl/>
        <w:spacing w:before="0" w:after="60" w:line="247" w:lineRule="auto"/>
      </w:pPr>
      <w:r>
        <w:rPr>
          <w:rFonts w:ascii="Arial" w:hAnsi="Arial" w:eastAsia="Arial"/>
          <w:b w:val="0"/>
          <w:color w:val="242C2F"/>
          <w:sz w:val="19"/>
        </w:rPr>
        <w:t>﻿ Верненскаянын батыш тарабындагы Токмакскаянын төмөн жагындагы үй Пишпек шаарында турак жайларды куруу план боюнча катуу жүргүзүлгөн. Түз сызыктуу көчөлөр квадраттарды же блоктордун тик бурчтуктарын түздү жана бир блокто ар бири 0,1 га аянтты түзгөн төрт-алты участокту түздү. Короо-сарайлардагы үйлөр жердин бурчуна же ортосуна жайгаштырылып, негизги фасаддары көчөгө каратылган. Бай имараттардын чатырлары темир же тактайлар менен жабылган. Үйлөрд</w:t>
      </w:r>
    </w:p>
    <w:p>
      <w:pPr>
        <w:spacing w:before="20" w:after="0"/>
      </w:pPr>
      <w:r>
        <w:rPr>
          <w:rFonts w:ascii="Arial" w:hAnsi="Arial" w:eastAsia="Arial"/>
          <w:b w:val="0"/>
          <w:color w:val="606667"/>
          <w:sz w:val="14"/>
        </w:rPr>
        <w:t>Булак: https://bimap.su/description/pishpek/101_Zapad_Vernenskoi.txt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42.88394, 74.61404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42.88394, 74.61404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