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Угол улиц Искаковской и Краснорядской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42.86912, 74.61896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887778" cy="2232000"/>
            <wp:docPr id="1" name="Picture 1" descr="Угол улиц Искаковской и Краснорядской" title="Угол улиц Искаковской и Красноряд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0d80298df241273c6d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77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Угол улиц Искаковской и Краснорядской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Угол улиц Искаковской и Краснорядской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Северо-восточный угол улиц Искаковской и Краснорядской.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https://bimap.su/description/pishpek/100_Severovostok_Krasnoriadskoi.txt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42.86912, 74.61896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42.86912, 74.61896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