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Искаковская жана Красноярадская көчөлөрүнүн бурчу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7778" cy="2232000"/>
            <wp:docPr id="1" name="Picture 1" descr="Угол улиц Искаковской и Краснорядской" title="Угол улиц Искаковской и Красноряд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d80298df241273c6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77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Угол улиц Искаковской и Краснорядской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Искаковская жана Красноярадская көчөлөрүнүн бурчу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Искаковская жана Красноярадская көчөлөрүнүн түндүк-чыгыш бурчу Пишпек шаарында турак жайларды куруу план боюнча катуу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же тактайлар менен жабылган. Үйлөрдүн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https://bimap.su/description/pishpek/100_Severovostok_Krasnoriadskoi.txt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