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Почта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42.88536, 74.61531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22224" cy="2232000"/>
            <wp:docPr id="1" name="Picture 1" descr="Почта" title="Поч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336b8d1171c0f4e919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222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Почта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Почта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Почтовое отделение, ул.Верненская угол ул.Ташкентской. Конец XIX века.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https://bimap.su/description/pishpek/10_Pochta.txt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42.88536, 74.61531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42.88536, 74.61531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