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Почта бөлүмү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42.88536, 74.61531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22224" cy="2232000"/>
            <wp:docPr id="1" name="Picture 1" descr="Почта" title="Поч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36b8d1171c0f4e919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222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Почта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Почта бөлүмү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Почта бөлүмү Ташкент менен Верныйга кеткен негизги жолдордун кесилишиндеги атчан почта станциясынын жанында биринчи почта бөлүмү курулган. Архивдик документтерде 1873-жылы Пишпектин алгачкы почта кызматкерлеринин ысымдары сакталган. Алар телеграфчылар Петр Метлев, Иван Строже жана кароолчу Егор Кудрявцев болгон. Кийин почтаны башкарган чиновниктер округдун алдыңкы адамдарынан болушкан.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https://bimap.su/description/pishpek/10_Pochta.txt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42.88536, 74.61531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42.88536, 74.61531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