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Южная окраина города Пишпека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505200" cy="2232000"/>
            <wp:docPr id="1" name="Picture 1" descr="Южная окраина города Пишпека" title="Южная окраина города Пишп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ff1908e0f1d856f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52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 города Пишпека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Южная окраина города Пишпека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Южная граница города в 1917 году проходила по улице Верхней (Боконбаева). На рисунке Бориса Смирнова 1904 года одна из проток реки Ала-Арча в верхней части города.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https://bimap.su/description/pishpek/1_Ujnaya_okraina.txt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