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 шаарынын түштүк чети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505200" cy="2232000"/>
            <wp:docPr id="1" name="Picture 1" descr="Южная окраина города Пишпека" title="Южная окраина города Пишп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ff1908e0f1d856f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52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 города Пишпека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Пишпек шаарынын түштүк чети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Этеги Борис Смирновдун 1904-жылы тарткан чиймесинде шаардын жогорку бөлүгүндөгү Ала-Арча дарыясынын каналдарынын бири. 20-кылымдын башында Пишпектин аянты 50 чарчы метрди түзгөн. км. Болгону 5 чарчы метрге жакын курулуп жаткан. км. Шаарда 40 көчө болгон. Шаардын чек арасы түштүктө Верхняя көчөсү, түндүгүнөн Түндүк (Күреңкеева) көчөсү, батышынан Заводская (Бейшеналиева) жана чыгышынан Аламүдүн дарыясы менен созулган.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https://bimap.su/description/pishpek/1_Ujnaya_okraina.txt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