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Southern outskirts of the city of Pishpek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42.86438, 74.59655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505200" cy="2232000"/>
            <wp:docPr id="1" name="Picture 1" descr="Южная окраина города Пишпека" title="Южная окраина города Пишпек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fbeff1908e0f1d856f6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052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Южная окраина города Пишпека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Southern outskirts of the city of Pishpek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Outskirts In a drawing by Boris Smirnov from 1904, one of the channels of the Ala-Archa River in the upper part of the city. By the beginning of the twentieth century, the area of ​​Pishpek was about 50 square meters. km. There was only about 5 square meters under construction. km. There were 40 streets in the city. The city's borders ran along Verkhnyaya Street in the south, Northern (Kurenkeeva) Street in the north, Zavodskaya (Beishenalieva) i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https://bimap.su/description/pishpek/1_Ujnaya_okraina.txt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42.86438, 74.59655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Frunze" title="Frunz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42.86438, 74.59655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