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42.87151, 74.58837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9-storey residential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42.87151, 74.58837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72829" cy="2232000"/>
            <wp:docPr id="2" name="Picture 2" descr="9-ти этажный жилой дом" title="9-ти этажный жило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fec7f8f776165fad8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28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9-ти этажный жилой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9-storey residential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9-storey residential building with a clinic on Belinsky Street (Manasa) 9-storey residential building with a clinic on Belinsky Street (Manasa). Architects B. Lebedev, B. Kalachev, 1976.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https://bimap.su/description/frunze/424_Poliklinika.txt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42.87151, 74.58837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