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42.87856, 74.57493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№9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42.87856, 74.57493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Школа №9" title="Школа №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№9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№9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№9 мектеп 1940-жылга карата шаардын билим берүү тармагында 34 мектеп болгон. №9 мектеп 1938-жылы ачылган.Согуш мезгилинде анда тылдагы аскер госпитали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https://bimap.su/description/frunze/211_Shkola9.txt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42.87856, 74.57493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