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42.87856, 74.57493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9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42.87856, 74.57493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Школа №9" title="Школа №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№9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9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9 By 1940, there were 34 schools in the city's education network. School No. 9 was opened in 1938. During the war, it housed a rear military hospital.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https://bimap.su/description/frunze/211_Shkola9.txt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42.87856, 74.57493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