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42.86815, 74.58904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School No. 70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42.86815, 74.58904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80010" cy="2232000"/>
            <wp:docPr id="2" name="Picture 2" descr="Школа №70" title="Школа №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da0004c7cd020941d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800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№70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School No. 70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School No. 70 The last school built by the Soviet government in the city of Frunze.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https://bimap.su/description/frunze/515_Shkola70.txt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42.86815, 74.58904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