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Школа №64 в 8-м микрорайоне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Школа №64 в 8-м микрорайоне" title="Школа №64 в 8-м микрорайон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7d50f30b56ad87fdfb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Школа №64 в 8-м микрорайоне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Школа №64 в 8-м микрорайоне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Школа №64 в 8-м микрорайоне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https://bimap.su/description/frunze/384_Shkola64.txt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42.83311, 74.61066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