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42.83311, 74.61066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8-кичи райондогу №64 мектеп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42.83311, 74.61066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976000" cy="2232000"/>
            <wp:docPr id="2" name="Picture 2" descr="Школа №64 в 8-м микрорайоне" title="Школа №64 в 8-м микрорайоне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57d50f30b56ad87fdfb3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97600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Школа №64 в 8-м микрорайоне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8-кичи райондогу №64 мектеп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8-кичи райондогу №64 мектеп 80-жылдары Фрунзе шаарында 80ден ашык орто мектеп иштеген. Бул мектепти Анастасия Петрова бүтүргөн.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https://bimap.su/description/frunze/384_Shkola64.txt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42.83311, 74.61066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