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42.84596, 74.59892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№61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42.84596, 74.59892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Школа №61" title="Школа №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0e51295694528857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№61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№61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№61 мектеп №61 мектеп 1963-жылы негизделген. 1966-жылдан бери ал математика жана физиканы тереңдетип окуткан билим берүү мекемеси катары позициясын көрсөтүп келет. 1991-жылы мектеп физика-математика лицейи статусун алган. Ал эми кийинки жылы ал Ефим Якирдин автордук мектебине айланат.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https://bimap.su/description/frunze/451_Shkola61.txt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42.84596, 74.59892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