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42.84596, 74.59892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61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42.84596, 74.59892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Школа №61" title="Школа №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0e51295694528857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№61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61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61 School No. 61 was founded in 1963. Since 1966, it has positioned itself as an educational institution with in-depth study of mathematics and physics. In 1991, the school received the status of a physics and mathematics lyceum. And the next year it becomes the author’s school of Efim Yakir.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https://bimap.su/description/frunze/451_Shkola61.txt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42.84596, 74.59892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